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F59F00"/>
          <w:sz w:val="40"/>
          <w:rtl/>
          <w:szCs w:val="40"/>
          <w:bCs/>
        </w:rPr>
        <w:t>❓ מילות שאלה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שאילת שאלות ברמות חשיבה שונות על טקסט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f59f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על הטקסט</w:t>
            </w:r>
          </w:p>
        </w:tc>
        <w:tc>
          <w:tcPr>
            <w:tcW w:type="dxa" w:w="3591"/>
            <w:shd w:val="clear" w:fill="f59f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בין השורות</w:t>
            </w:r>
          </w:p>
        </w:tc>
        <w:tc>
          <w:tcPr>
            <w:tcW w:type="dxa" w:w="3591"/>
            <w:shd w:val="clear" w:fill="f59f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לדיון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👤 מי?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"מי…?" על דמות בטקסט – וענו.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"מי הכי השתנה בטקסט?" ונמקו.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"מי היה צריך לפעול אחרת?" ודונו בקבוצה.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❔ מה?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"מה קרה ב…?" – וענו.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"מה הדמות הרגישה כש…?"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"מה היה קורה אילו…?"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📍 איפה?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"איפה זה קרה?"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"איפה בטקסט רואים ש…?" והביאו ציטוט קצר.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"איפה עוד יכול לקרות דבר כזה?"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⏰ מתי?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"מתי זה קרה?"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"מתי הדמות הבינה ש…?" – מה הסימן?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"מתי נכון לוותר ומתי להתעקש?"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🤔 למה?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"למה…?" ומצאו את הסיבה בטקסט.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"למה הכותרת היא…?"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"למה זה חשוב לנו היום?"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🛠️ איך?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"איך…?" על פעולה בטקסט.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"איך נפתרה הבעיה?" ומה עוד אפשר היה לעשות.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"איך היינו מספרים את זה מנקודת מבט אחרת?"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F59F00"/>
          <w:sz w:val="40"/>
          <w:rtl/>
          <w:szCs w:val="40"/>
          <w:bCs/>
        </w:rPr>
        <w:t>❓ מילות שאלה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f59f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על הטקסט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👤 מי?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שאלו "מי…?" על דמות בטקסט – וענו.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❔ מה?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שאלו "מה קרה ב…?" – וענו.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📍 איפה?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שאלו "איפה זה קרה?"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⏰ מתי?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שאלו "מתי זה קרה?"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🤔 למה?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שאלו "למה…?" ומצאו את הסיבה בטקסט.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🛠️ איך?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שאלו "איך…?" על פעולה בטקסט.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F59F00"/>
          <w:sz w:val="40"/>
          <w:rtl/>
          <w:szCs w:val="40"/>
          <w:bCs/>
        </w:rPr>
        <w:t>❓ מילות שאלה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👤 מי? – שאלה על אדם   |   ❔ מה? – שאלה על דבר   |   📍 איפה? – שאלה על מקום   |   ⏰ מתי? – שאלה על זמן   |   🤔 למה? – שאלה על סיבה   |   🛠️ איך? – שאלה על דרך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f59f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על הטקסט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👤 מי?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שאלו "מי…?" על דמות בטקסט – וענו.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❔ מה?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שאלו "מה קרה ב…?" – וענו.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📍 איפה?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שאלו "איפה זה קרה?"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⏰ מתי?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שאלו "מתי זה קרה?"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🤔 למה?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שאלו "למה…?" ומצאו את הסיבה בטקסט.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🛠️ איך?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שאלו "איך…?" על פעולה בטקסט.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מילות שאלה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