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C8599"/>
          <w:sz w:val="40"/>
          <w:rtl/>
          <w:szCs w:val="40"/>
          <w:bCs/>
        </w:rPr>
        <w:t>🔗 מילות קישור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תפקיד מילות הקישור ושימוש בהן בכתיבה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0c859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מזהים</w:t>
            </w:r>
          </w:p>
        </w:tc>
        <w:tc>
          <w:tcPr>
            <w:tcW w:type="dxa" w:w="3591"/>
            <w:shd w:val="clear" w:fill="0c859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משלימים</w:t>
            </w:r>
          </w:p>
        </w:tc>
        <w:tc>
          <w:tcPr>
            <w:tcW w:type="dxa" w:w="3591"/>
            <w:shd w:val="clear" w:fill="0c859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כותבים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➕ הוספה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מילת הוספה וסמנו את שני החלקים שהיא מחברת.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בשתי מילות הוספה שונות: "למדנו על הים, ___ על המדבר".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על תחביב שלכם עם 3 מילות הוספה שונות.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↔️ ניגוד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מילת ניגוד והסבירו מה מנוגד למה.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במילת ניגוד: "בחוץ קר." + "בכיתה חם."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פסקת השוואה בין שני מקומות עם 2 מילות ניגוד.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🟢 סיבה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סיבה וסמנו את מילת הסיבה.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סיבה: "הגענו מוקדם כי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רעיון אחד ב־3 דרכים: "כי", "מפני ש־" ו"בגלל" (אחרי "בגלל" בא שם עצם).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🔵 תוצאה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מילת תוצאה ומתחו חץ מהסיבה לתוצאה.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תוצאה: "ירד גשם חזק, לכן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שרשרת: סיבה ← תוצאה ← תוצאה ← תוצאה.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🔀 תנאי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משפט תנאי ומתחו קו מתחת לתנאי.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"אם נגיע בזמן,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כללים לכיתה במבנה "אם…, אז…".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🎯 מטרה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מילת מטרה (כדי, על מנת) וכתבו מה המטרה.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"אנחנו מתאמנים כדי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ההבדל בין "כי" ל"כדי" בעזרת 2 משפטים לדוגמה.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C8599"/>
          <w:sz w:val="40"/>
          <w:rtl/>
          <w:szCs w:val="40"/>
          <w:bCs/>
        </w:rPr>
        <w:t>🔗 מילות קישור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0c859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➕ הוספה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מילת הוספה וסמנו את שני החלקים שהיא מחברת.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↔️ ניגוד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מילת ניגוד והסבירו מה מנוגד למה.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🟢 סיבה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סיבה וסמנו את מילת הסיבה.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🔵 תוצאה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מילת תוצאה ומתחו חץ מהסיבה לתוצאה.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🔀 תנאי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משפט תנאי ומתחו קו מתחת לתנאי.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🎯 מטרה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מילת מטרה (כדי, על מנת) וכתבו מה המטרה.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C8599"/>
          <w:sz w:val="40"/>
          <w:rtl/>
          <w:szCs w:val="40"/>
          <w:bCs/>
        </w:rPr>
        <w:t>🔗 מילות קישור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↔️ ניגוד – שני דברים שונים: אבל, אולם   |   ➕ הוספה – עוד דבר: גם, בנוסף   |   🟢 סיבה – למה? כי, מפני ש־   |   🔵 תוצאה – מה קרה בגלל זה? לכן   |   🔀 תנאי – אם…   |   🎯 מטרה – בשביל מה? כדי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0c859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➕ הוספה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מילת הוספה וסמנו את שני החלקים שהיא מחברת.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↔️ ניגוד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מילת ניגוד והסבירו מה מנוגד למה.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🟢 סיבה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סיבה וסמנו את מילת הסיבה.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🔵 תוצאה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מילת תוצאה ומתחו חץ מהסיבה לתוצאה.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🔀 תנאי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משפט תנאי ומתחו קו מתחת לתנאי.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🎯 מטרה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מילת מטרה (כדי, על מנת) וכתבו מה המטרה.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קישור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