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F3DC4"/>
          <w:sz w:val="40"/>
          <w:rtl/>
          <w:szCs w:val="40"/>
          <w:bCs/>
        </w:rPr>
        <w:t>🔮 לפני הקריאה – לוח משימות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🎯 הפעלת ידע קודם, שאילת שאלות ותחזית לפני קריאת טקסט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איך משחקים: מגלגלים, מוצאים את השורה, בוחרים עמודה ומבצעים.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🎲</w:t>
            </w:r>
          </w:p>
        </w:tc>
        <w:tc>
          <w:tcPr>
            <w:tcW w:type="dxa" w:w="3591"/>
            <w:shd w:val="clear" w:fill="5f3dc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🟢 בסיס</w:t>
            </w:r>
          </w:p>
        </w:tc>
        <w:tc>
          <w:tcPr>
            <w:tcW w:type="dxa" w:w="3591"/>
            <w:shd w:val="clear" w:fill="5f3dc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🟡 מתקדם</w:t>
            </w:r>
          </w:p>
        </w:tc>
        <w:tc>
          <w:tcPr>
            <w:tcW w:type="dxa" w:w="3591"/>
            <w:shd w:val="clear" w:fill="5f3dc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🔴 אתגר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⚀ 1  🏷️ כותרת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את הכותרת: על מה הטקסט לדעתכם?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2 שאלות שהכותרת מעוררת.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הציעו כותרת אחרת והסבירו מה היא מדגישה.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⚁ 2  🖼️ תמונה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הסתכלו על התמונה או האיור – מה אתם רואים?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הקשר בין התמונה לכותרת?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אין תמונה? שרטטו איור שמתאים לכותרת וכתבו לו כיתוב.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⚂ 3  🧠 מה אני יודע/ת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2 דברים שאתם כבר יודעים על הנושא.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מלאו טבלה: מה אני יודע/ת – מה אני רוצה לדעת.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מאיפה אתם יודעים את מה שאתם יודעים? (ספר, חוויה, שיחה)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⚃ 4  🙋 שאלה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שאלה אחת שאתם מקווים שהטקסט יענה עליה.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שאלות: מי? מה? למה?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שאלה שאולי אין לה תשובה בטקסט, והסבירו למה.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⚄ 5  🔑 מילים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דפדפו ומצאו 3 מילים מודגשות או חוזרות.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מילה לא מוכרת ונחשו את פירושה לפני הקריאה.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3 מילים חשובות וכתבו מה הן מגלות על הנושא.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⚅ 6  🔭 תחזית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השלימו: "אני חושב/ת שהטקסט יספר על ___".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קראו את הפסקה הראשונה ונחשו מה יוסבר בהמשך.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תחזית, ואחרי הקריאה בדקו: צדקתם? מה הפתיע?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F3DC4"/>
          <w:sz w:val="40"/>
          <w:rtl/>
          <w:szCs w:val="40"/>
          <w:bCs/>
        </w:rPr>
        <w:t>🔮 לפני הקריאה – לוח פשוט (חנ״מ)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🔊 מקריאים בקול, בלי שעון. עמודה אחת.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🎲</w:t>
            </w:r>
          </w:p>
        </w:tc>
        <w:tc>
          <w:tcPr>
            <w:tcW w:type="dxa" w:w="7183"/>
            <w:shd w:val="clear" w:fill="5f3dc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🟢 בסיס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⚀ 1  🏷️ כותרת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קראו את הכותרת: על מה הטקסט לדעתכם?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⚁ 2  🖼️ תמונה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הסתכלו על התמונה או האיור – מה אתם רואים?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⚂ 3  🧠 מה אני יודע/ת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כתבו 2 דברים שאתם כבר יודעים על הנושא.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⚃ 4  🙋 שאלה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כתבו שאלה אחת שאתם מקווים שהטקסט יענה עליה.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⚄ 5  🔑 מילים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דפדפו ומצאו 3 מילים מודגשות או חוזרות.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⚅ 6  🔭 תחזית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השלימו: "אני חושב/ת שהטקסט יספר על ___".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F3DC4"/>
          <w:sz w:val="40"/>
          <w:rtl/>
          <w:szCs w:val="40"/>
          <w:bCs/>
        </w:rPr>
        <w:t>🔮 לפני הקריאה – לוח לעולים ולעולות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📖 מילון קטן: 🏷️ כותרת – השם של הטקסט   |   🖼️ תמונה – ציור או צילום   |   🙋 שאלה – משפט שמסתיים ב־?   |   🔭 לנחש – לחשוב מה יהיה   |   🧠 נושא – על מה הטקסט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🎲</w:t>
            </w:r>
          </w:p>
        </w:tc>
        <w:tc>
          <w:tcPr>
            <w:tcW w:type="dxa" w:w="7183"/>
            <w:shd w:val="clear" w:fill="5f3dc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🟢 בסיס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⚀ 1  🏷️ כותרת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קראו את הכותרת: על מה הטקסט לדעתכם?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⚁ 2  🖼️ תמונה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הסתכלו על התמונה או האיור – מה אתם רואים?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⚂ 3  🧠 מה אני יודע/ת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כתבו 2 דברים שאתם כבר יודעים על הנושא.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⚃ 4  🙋 שאלה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כתבו שאלה אחת שאתם מקווים שהטקסט יענה עליה.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⚄ 5  🔑 מילים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דפדפו ומצאו 3 מילים מודגשות או חוזרות.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⚅ 6  🔭 תחזית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השלימו: "אני חושב/ת שהטקסט יספר על ___".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37" w:right="737" w:bottom="737" w:left="73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לפני הקריאה – לוח 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